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20240" cy="640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rdo-logo-outli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640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85001F"/>
          <w:sz w:val="32"/>
        </w:rPr>
        <w:t>KVKK – İlgili Kişi Başvuru Formu</w:t>
      </w:r>
    </w:p>
    <w:p>
      <w:pPr>
        <w:spacing w:after="240"/>
      </w:pPr>
      <w:r>
        <w:t>Veri sorumlusu: Group R Global Danışmanlık ve Ticaret Anonim Şirketi</w:t>
        <w:br/>
        <w:t xml:space="preserve">Adres: Cumhuriyet Mh. Atatürk Cd. No:11/2, Polatlı-Ankara</w:t>
        <w:br/>
        <w:t xml:space="preserve">Telefon: 05422248694</w:t>
        <w:br/>
        <w:t xml:space="preserve">E-posta: iletisim@bordopazarlama.com</w:t>
        <w:br/>
        <w:t xml:space="preserve">Vergi dairesi: Polatlı Vergi Dairesi</w:t>
        <w:br/>
        <w:t xml:space="preserve">Vergi numarası: 4111199650</w:t>
        <w:br/>
        <w:t xml:space="preserve">MERSİS: 0411119965000001</w:t>
        <w:br/>
        <w:t xml:space="preserve">KEP: grouprglobaldanismanlikveticanonimsirketi@hs01.kep.tr</w:t>
        <w:br/>
        <w:t xml:space="preserve">KVKK iletişimi: yonetim@grouprglobals.com</w:t>
      </w:r>
    </w:p>
    <w:p>
      <w:pPr>
        <w:keepNext/>
      </w:pPr>
      <w:r>
        <w:rPr>
          <w:b/>
        </w:rPr>
        <w:t>Ad ve soyad</w:t>
      </w:r>
    </w:p>
    <w:p>
      <w:pPr>
        <w:spacing w:after="240"/>
      </w:pPr>
      <w:r>
        <w:t>........................................................................................................</w:t>
      </w:r>
    </w:p>
    <w:p>
      <w:pPr>
        <w:keepNext/>
      </w:pPr>
      <w:r>
        <w:rPr>
          <w:b/>
        </w:rPr>
        <w:t>T.C. kimlik numarası / yabancı için uyruk, pasaport veya varsa kimlik numarası</w:t>
      </w:r>
    </w:p>
    <w:p>
      <w:pPr>
        <w:spacing w:after="240"/>
      </w:pPr>
      <w:r>
        <w:t>........................................................................................................</w:t>
      </w:r>
    </w:p>
    <w:p>
      <w:pPr>
        <w:keepNext/>
      </w:pPr>
      <w:r>
        <w:rPr>
          <w:b/>
        </w:rPr>
        <w:t>Tebligata esas yerleşim veya iş yeri adresi</w:t>
      </w:r>
    </w:p>
    <w:p>
      <w:pPr>
        <w:spacing w:after="240"/>
      </w:pPr>
      <w:r>
        <w:t>........................................................................................................</w:t>
      </w:r>
    </w:p>
    <w:p>
      <w:pPr>
        <w:keepNext/>
      </w:pPr>
      <w:r>
        <w:rPr>
          <w:b/>
        </w:rPr>
        <w:t>Varsa e-posta, telefon ve faks</w:t>
      </w:r>
    </w:p>
    <w:p>
      <w:pPr>
        <w:spacing w:after="240"/>
      </w:pPr>
      <w:r>
        <w:t>........................................................................................................</w:t>
      </w:r>
    </w:p>
    <w:p>
      <w:pPr>
        <w:keepNext/>
      </w:pPr>
      <w:r>
        <w:rPr>
          <w:b/>
        </w:rPr>
        <w:t>Veri sorumlusu ile ilişkiniz (üye, ziyaretçi, satıcı vb.)</w:t>
      </w:r>
    </w:p>
    <w:p>
      <w:pPr>
        <w:spacing w:after="240"/>
      </w:pPr>
      <w:r>
        <w:t>........................................................................................................</w:t>
      </w:r>
    </w:p>
    <w:p>
      <w:pPr>
        <w:keepNext/>
      </w:pPr>
      <w:r>
        <w:rPr>
          <w:b/>
        </w:rPr>
        <w:t>Talep konusu ve ayrıntılı açıklama</w:t>
      </w:r>
    </w:p>
    <w:p>
      <w:pPr>
        <w:spacing w:after="400"/>
      </w:pPr>
      <w:r>
        <w:t>........................................................................................................</w:t>
      </w:r>
    </w:p>
    <w:p>
      <w:pPr>
        <w:keepNext/>
      </w:pPr>
      <w:r>
        <w:rPr>
          <w:b/>
        </w:rPr>
        <w:t>Ek belgeler / temsil yetkisi açıklaması</w:t>
      </w:r>
    </w:p>
    <w:p>
      <w:pPr>
        <w:spacing w:after="240"/>
      </w:pPr>
      <w:r>
        <w:t>........................................................................................................</w:t>
      </w:r>
    </w:p>
    <w:p>
      <w:pPr>
        <w:keepNext/>
      </w:pPr>
      <w:r>
        <w:rPr>
          <w:b/>
        </w:rPr>
        <w:t>Tarih ve imza (yazılı başvuruda)</w:t>
      </w:r>
    </w:p>
    <w:p>
      <w:pPr>
        <w:spacing w:after="240"/>
      </w:pPr>
      <w:r>
        <w:t>........................................................................................................</w:t>
      </w:r>
    </w:p>
    <w:p>
      <w:r>
        <w:rPr>
          <w:sz w:val="16"/>
        </w:rPr>
        <w:t>Bu formu indirmek başvuru göndermez. Yazılı başvuruda tarih ve imza gerekir. Başvurular kimlik, temsil yetkisi ve yöntem bakımından incelenir.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